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C836" w14:textId="47F0F6D1" w:rsidR="00A9527D" w:rsidRPr="00CA10A1" w:rsidRDefault="00000000" w:rsidP="00CA10A1">
      <w:pPr>
        <w:pStyle w:val="NoSpacing"/>
        <w:jc w:val="center"/>
        <w:rPr>
          <w:rFonts w:ascii="Helvetica" w:hAnsi="Helvetica"/>
          <w:b/>
          <w:bCs/>
          <w:color w:val="0070C0"/>
          <w:sz w:val="28"/>
          <w:szCs w:val="28"/>
        </w:rPr>
      </w:pPr>
      <w:r w:rsidRPr="00CA10A1">
        <w:rPr>
          <w:rFonts w:ascii="Helvetica" w:hAnsi="Helvetica"/>
          <w:b/>
          <w:bCs/>
          <w:color w:val="0070C0"/>
          <w:sz w:val="28"/>
          <w:szCs w:val="28"/>
        </w:rPr>
        <w:t xml:space="preserve">UNDERGRADUATE </w:t>
      </w:r>
      <w:r w:rsidR="00641A84">
        <w:rPr>
          <w:rFonts w:ascii="Helvetica" w:hAnsi="Helvetica"/>
          <w:b/>
          <w:bCs/>
          <w:color w:val="0070C0"/>
          <w:sz w:val="28"/>
          <w:szCs w:val="28"/>
        </w:rPr>
        <w:t xml:space="preserve">MENTORED </w:t>
      </w:r>
      <w:r w:rsidRPr="00CA10A1">
        <w:rPr>
          <w:rFonts w:ascii="Helvetica" w:hAnsi="Helvetica"/>
          <w:b/>
          <w:bCs/>
          <w:color w:val="0070C0"/>
          <w:sz w:val="28"/>
          <w:szCs w:val="28"/>
        </w:rPr>
        <w:t>RESEARCH APPLICATION</w:t>
      </w:r>
    </w:p>
    <w:p w14:paraId="2B4FA599" w14:textId="41B85550" w:rsidR="00A9527D" w:rsidRPr="00CA10A1" w:rsidRDefault="00CA10A1" w:rsidP="00CA10A1">
      <w:pPr>
        <w:pStyle w:val="NoSpacing"/>
        <w:jc w:val="center"/>
        <w:rPr>
          <w:rFonts w:ascii="Helvetica" w:hAnsi="Helvetica"/>
          <w:b/>
          <w:bCs/>
        </w:rPr>
      </w:pPr>
      <w:r w:rsidRPr="00CA10A1">
        <w:rPr>
          <w:rFonts w:ascii="Helvetica" w:hAnsi="Helvetica"/>
          <w:b/>
          <w:bCs/>
        </w:rPr>
        <w:t>Thomson Muscle Lab</w:t>
      </w:r>
    </w:p>
    <w:p w14:paraId="29909A3A" w14:textId="16F3BB6C" w:rsidR="00A9527D" w:rsidRPr="00CA10A1" w:rsidRDefault="00CA10A1" w:rsidP="00CA10A1">
      <w:pPr>
        <w:pStyle w:val="NoSpacing"/>
        <w:jc w:val="center"/>
        <w:rPr>
          <w:rFonts w:ascii="Helvetica" w:hAnsi="Helvetica"/>
        </w:rPr>
      </w:pPr>
      <w:r w:rsidRPr="00CA10A1">
        <w:rPr>
          <w:rFonts w:ascii="Helvetica" w:hAnsi="Helvetica"/>
        </w:rPr>
        <w:t>Department of Cell Biology &amp; Physiology</w:t>
      </w:r>
    </w:p>
    <w:p w14:paraId="6C5863BB" w14:textId="38DF3AF0" w:rsidR="00A9527D" w:rsidRPr="00CA10A1" w:rsidRDefault="00CA10A1" w:rsidP="00CA10A1">
      <w:pPr>
        <w:pStyle w:val="NoSpacing"/>
        <w:jc w:val="center"/>
        <w:rPr>
          <w:rFonts w:ascii="Helvetica" w:hAnsi="Helvetica"/>
        </w:rPr>
      </w:pPr>
      <w:r w:rsidRPr="00CA10A1">
        <w:rPr>
          <w:rFonts w:ascii="Helvetica" w:hAnsi="Helvetica"/>
        </w:rPr>
        <w:t>Brigham Young University</w:t>
      </w:r>
    </w:p>
    <w:p w14:paraId="15F6F3FF" w14:textId="77777777" w:rsidR="00A9527D" w:rsidRPr="00CA10A1" w:rsidRDefault="00000000">
      <w:pPr>
        <w:pStyle w:val="Heading2"/>
        <w:rPr>
          <w:rFonts w:ascii="Helvetica" w:hAnsi="Helvetica"/>
        </w:rPr>
      </w:pPr>
      <w:r w:rsidRPr="00CA10A1">
        <w:rPr>
          <w:rFonts w:ascii="Helvetica" w:hAnsi="Helvetica"/>
        </w:rPr>
        <w:t>Contact Information</w:t>
      </w:r>
    </w:p>
    <w:p w14:paraId="6C358D90" w14:textId="1E6AF49F" w:rsidR="00A9527D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 xml:space="preserve">Full Name: </w:t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  <w:t>BYU ID:</w:t>
      </w:r>
    </w:p>
    <w:p w14:paraId="4757BA88" w14:textId="1DD243E8" w:rsidR="00A9527D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>Email Address:</w:t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Pr="00CA10A1">
        <w:rPr>
          <w:rFonts w:ascii="Helvetica" w:hAnsi="Helvetica"/>
        </w:rPr>
        <w:t xml:space="preserve">Phone Number: </w:t>
      </w:r>
    </w:p>
    <w:p w14:paraId="74964A9D" w14:textId="29C9190C" w:rsidR="00A9527D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 xml:space="preserve">Major/Minor: </w:t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="00CA10A1">
        <w:rPr>
          <w:rFonts w:ascii="Helvetica" w:hAnsi="Helvetica"/>
        </w:rPr>
        <w:tab/>
      </w:r>
      <w:r w:rsidRPr="00CA10A1">
        <w:rPr>
          <w:rFonts w:ascii="Helvetica" w:hAnsi="Helvetica"/>
        </w:rPr>
        <w:t xml:space="preserve">Expected Graduation Date: </w:t>
      </w:r>
    </w:p>
    <w:p w14:paraId="178B8065" w14:textId="64632098" w:rsidR="00A9527D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>Year in School</w:t>
      </w:r>
      <w:r w:rsidR="00FE59C7">
        <w:rPr>
          <w:rFonts w:ascii="Helvetica" w:hAnsi="Helvetica"/>
        </w:rPr>
        <w:t xml:space="preserve"> (just bold the correct option)</w:t>
      </w:r>
      <w:r w:rsidRPr="00CA10A1">
        <w:rPr>
          <w:rFonts w:ascii="Helvetica" w:hAnsi="Helvetica"/>
        </w:rPr>
        <w:t>:</w:t>
      </w:r>
      <w:r w:rsidR="00FE59C7">
        <w:rPr>
          <w:rFonts w:ascii="Helvetica" w:hAnsi="Helvetica"/>
        </w:rPr>
        <w:t xml:space="preserve">  </w:t>
      </w:r>
      <w:r w:rsidRPr="00CA10A1">
        <w:rPr>
          <w:rFonts w:ascii="Helvetica" w:hAnsi="Helvetica"/>
        </w:rPr>
        <w:t>First-</w:t>
      </w:r>
      <w:proofErr w:type="gramStart"/>
      <w:r w:rsidRPr="00CA10A1">
        <w:rPr>
          <w:rFonts w:ascii="Helvetica" w:hAnsi="Helvetica"/>
        </w:rPr>
        <w:t>Year  Sophomore</w:t>
      </w:r>
      <w:proofErr w:type="gramEnd"/>
      <w:r w:rsidRPr="00CA10A1">
        <w:rPr>
          <w:rFonts w:ascii="Helvetica" w:hAnsi="Helvetica"/>
        </w:rPr>
        <w:t xml:space="preserve">  </w:t>
      </w:r>
      <w:proofErr w:type="gramStart"/>
      <w:r w:rsidRPr="00CA10A1">
        <w:rPr>
          <w:rFonts w:ascii="Helvetica" w:hAnsi="Helvetica"/>
        </w:rPr>
        <w:t>Junior  Senior</w:t>
      </w:r>
      <w:proofErr w:type="gramEnd"/>
    </w:p>
    <w:p w14:paraId="5DC96D78" w14:textId="530380D2" w:rsidR="00A9527D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 xml:space="preserve">Cumulative GPA: </w:t>
      </w:r>
    </w:p>
    <w:p w14:paraId="506BCFF4" w14:textId="6EDED8F0" w:rsidR="00641A84" w:rsidRPr="00FE59C7" w:rsidRDefault="00BC7774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 w:rsidRPr="00FE59C7">
        <w:rPr>
          <w:rFonts w:ascii="Helvetica" w:hAnsi="Helvetica"/>
        </w:rPr>
        <w:t>What relevant courses have you completed or are in progress? (e.g., Anatomy &amp; Physiology, Cell Biology, Biochemistry, Research Methods)</w:t>
      </w:r>
    </w:p>
    <w:p w14:paraId="7B7AE72D" w14:textId="77777777" w:rsidR="00FE59C7" w:rsidRDefault="00FE59C7">
      <w:pPr>
        <w:rPr>
          <w:rFonts w:ascii="Helvetica" w:hAnsi="Helvetica"/>
        </w:rPr>
      </w:pPr>
    </w:p>
    <w:p w14:paraId="6CEE40D1" w14:textId="77777777" w:rsidR="00FE59C7" w:rsidRDefault="00FE59C7">
      <w:pPr>
        <w:rPr>
          <w:rFonts w:ascii="Helvetica" w:hAnsi="Helvetica"/>
        </w:rPr>
      </w:pPr>
    </w:p>
    <w:p w14:paraId="0A9417D2" w14:textId="73047D4A" w:rsidR="00FE59C7" w:rsidRDefault="00FE59C7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>
        <w:rPr>
          <w:rFonts w:ascii="Helvetica" w:hAnsi="Helvetica"/>
        </w:rPr>
        <w:t>What are your career goals</w:t>
      </w:r>
      <w:r w:rsidR="00E3107B">
        <w:rPr>
          <w:rFonts w:ascii="Helvetica" w:hAnsi="Helvetica"/>
        </w:rPr>
        <w:t xml:space="preserve"> </w:t>
      </w:r>
      <w:r w:rsidRPr="00CA10A1">
        <w:rPr>
          <w:rFonts w:ascii="Helvetica" w:hAnsi="Helvetica"/>
        </w:rPr>
        <w:t>(e.g., medical school, graduate school, industry, etc.)</w:t>
      </w:r>
      <w:r>
        <w:rPr>
          <w:rFonts w:ascii="Helvetica" w:hAnsi="Helvetica"/>
        </w:rPr>
        <w:t>?</w:t>
      </w:r>
    </w:p>
    <w:p w14:paraId="626148A1" w14:textId="77777777" w:rsidR="00FE59C7" w:rsidRPr="00FE59C7" w:rsidRDefault="00FE59C7" w:rsidP="00FE59C7">
      <w:pPr>
        <w:pStyle w:val="ListParagraph"/>
        <w:rPr>
          <w:rFonts w:ascii="Helvetica" w:hAnsi="Helvetica"/>
        </w:rPr>
      </w:pPr>
    </w:p>
    <w:p w14:paraId="112F65CE" w14:textId="77777777" w:rsidR="00FE59C7" w:rsidRDefault="00FE59C7" w:rsidP="00FE59C7">
      <w:pPr>
        <w:pStyle w:val="ListParagraph"/>
        <w:rPr>
          <w:rFonts w:ascii="Helvetica" w:hAnsi="Helvetica"/>
        </w:rPr>
      </w:pPr>
    </w:p>
    <w:p w14:paraId="20E3F508" w14:textId="77777777" w:rsidR="00FE59C7" w:rsidRPr="00FE59C7" w:rsidRDefault="00FE59C7" w:rsidP="00FE59C7">
      <w:pPr>
        <w:pStyle w:val="ListParagraph"/>
        <w:rPr>
          <w:rFonts w:ascii="Helvetica" w:hAnsi="Helvetica"/>
        </w:rPr>
      </w:pPr>
    </w:p>
    <w:p w14:paraId="2F677B93" w14:textId="4576A0D2" w:rsidR="00BC7774" w:rsidRPr="00FE59C7" w:rsidRDefault="00000000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 w:rsidRPr="00FE59C7">
        <w:rPr>
          <w:rFonts w:ascii="Helvetica" w:hAnsi="Helvetica"/>
        </w:rPr>
        <w:t xml:space="preserve">Why are you interested in skeletal muscle biology </w:t>
      </w:r>
      <w:r w:rsidR="00E3107B">
        <w:rPr>
          <w:rFonts w:ascii="Helvetica" w:hAnsi="Helvetica"/>
        </w:rPr>
        <w:t>and aging-related r</w:t>
      </w:r>
      <w:r w:rsidRPr="00FE59C7">
        <w:rPr>
          <w:rFonts w:ascii="Helvetica" w:hAnsi="Helvetica"/>
        </w:rPr>
        <w:t>esearch?</w:t>
      </w:r>
      <w:r w:rsidR="00BC7774" w:rsidRPr="00FE59C7">
        <w:rPr>
          <w:rFonts w:ascii="Helvetica" w:hAnsi="Helvetica"/>
        </w:rPr>
        <w:t xml:space="preserve"> </w:t>
      </w:r>
      <w:r w:rsidRPr="00FE59C7">
        <w:rPr>
          <w:rFonts w:ascii="Helvetica" w:hAnsi="Helvetica"/>
        </w:rPr>
        <w:t>Briefly describe your motivation and what you hope to gain from the experience</w:t>
      </w:r>
      <w:r w:rsidR="00E3107B">
        <w:rPr>
          <w:rFonts w:ascii="Helvetica" w:hAnsi="Helvetica"/>
        </w:rPr>
        <w:t>.</w:t>
      </w:r>
      <w:r w:rsidRPr="00FE59C7">
        <w:rPr>
          <w:rFonts w:ascii="Helvetica" w:hAnsi="Helvetica"/>
        </w:rPr>
        <w:br/>
      </w:r>
    </w:p>
    <w:p w14:paraId="59B38AD2" w14:textId="77777777" w:rsidR="00BC7774" w:rsidRDefault="00BC7774">
      <w:pPr>
        <w:rPr>
          <w:rFonts w:ascii="Helvetica" w:hAnsi="Helvetica"/>
        </w:rPr>
      </w:pPr>
    </w:p>
    <w:p w14:paraId="7F958321" w14:textId="77777777" w:rsidR="00BC7774" w:rsidRPr="00CA10A1" w:rsidRDefault="00BC7774">
      <w:pPr>
        <w:rPr>
          <w:rFonts w:ascii="Helvetica" w:hAnsi="Helvetica"/>
        </w:rPr>
      </w:pPr>
    </w:p>
    <w:p w14:paraId="23A49890" w14:textId="00623393" w:rsidR="00A9527D" w:rsidRDefault="00000000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 w:rsidRPr="00FE59C7">
        <w:rPr>
          <w:rFonts w:ascii="Helvetica" w:hAnsi="Helvetica"/>
        </w:rPr>
        <w:t>Previous Laboratory or Research Experience (if any):</w:t>
      </w:r>
      <w:r w:rsidRPr="00FE59C7">
        <w:rPr>
          <w:rFonts w:ascii="Helvetica" w:hAnsi="Helvetica"/>
        </w:rPr>
        <w:br/>
      </w:r>
      <w:r w:rsidRPr="00FE59C7">
        <w:rPr>
          <w:rFonts w:ascii="Helvetica" w:hAnsi="Helvetica"/>
        </w:rPr>
        <w:br/>
      </w:r>
    </w:p>
    <w:p w14:paraId="5A328035" w14:textId="77777777" w:rsidR="00FE59C7" w:rsidRPr="00FE59C7" w:rsidRDefault="00FE59C7" w:rsidP="00FE59C7">
      <w:pPr>
        <w:pStyle w:val="ListParagraph"/>
        <w:rPr>
          <w:rFonts w:ascii="Helvetica" w:hAnsi="Helvetica"/>
        </w:rPr>
      </w:pPr>
    </w:p>
    <w:p w14:paraId="3C0DE393" w14:textId="51E55B93" w:rsidR="00FE59C7" w:rsidRDefault="00FE59C7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 w:rsidRPr="00FE59C7">
        <w:rPr>
          <w:rFonts w:ascii="Helvetica" w:hAnsi="Helvetica"/>
        </w:rPr>
        <w:t xml:space="preserve">In our lab, </w:t>
      </w:r>
      <w:r w:rsidR="00E3107B">
        <w:rPr>
          <w:rFonts w:ascii="Helvetica" w:hAnsi="Helvetica"/>
        </w:rPr>
        <w:t>students are</w:t>
      </w:r>
      <w:r w:rsidRPr="00FE59C7">
        <w:rPr>
          <w:rFonts w:ascii="Helvetica" w:hAnsi="Helvetica"/>
        </w:rPr>
        <w:t xml:space="preserve"> expected </w:t>
      </w:r>
      <w:r w:rsidR="00E3107B">
        <w:rPr>
          <w:rFonts w:ascii="Helvetica" w:hAnsi="Helvetica"/>
        </w:rPr>
        <w:t>to</w:t>
      </w:r>
      <w:r w:rsidRPr="00FE59C7">
        <w:rPr>
          <w:rFonts w:ascii="Helvetica" w:hAnsi="Helvetica"/>
        </w:rPr>
        <w:t xml:space="preserve"> average ~10 hours</w:t>
      </w:r>
      <w:r w:rsidR="00E3107B">
        <w:rPr>
          <w:rFonts w:ascii="Helvetica" w:hAnsi="Helvetica"/>
        </w:rPr>
        <w:t xml:space="preserve"> per week </w:t>
      </w:r>
      <w:r w:rsidRPr="00FE59C7">
        <w:rPr>
          <w:rFonts w:ascii="Helvetica" w:hAnsi="Helvetica"/>
        </w:rPr>
        <w:t xml:space="preserve">in the lab </w:t>
      </w:r>
      <w:r w:rsidR="00E3107B">
        <w:rPr>
          <w:rFonts w:ascii="Helvetica" w:hAnsi="Helvetica"/>
        </w:rPr>
        <w:t xml:space="preserve">during the semester. </w:t>
      </w:r>
      <w:r w:rsidRPr="00FE59C7">
        <w:rPr>
          <w:rFonts w:ascii="Helvetica" w:hAnsi="Helvetica"/>
        </w:rPr>
        <w:t xml:space="preserve">Will you be able to </w:t>
      </w:r>
      <w:r w:rsidR="00E3107B">
        <w:rPr>
          <w:rFonts w:ascii="Helvetica" w:hAnsi="Helvetica"/>
        </w:rPr>
        <w:t xml:space="preserve">meet this commitment? </w:t>
      </w:r>
      <w:proofErr w:type="gramStart"/>
      <w:r>
        <w:rPr>
          <w:rFonts w:ascii="Helvetica" w:hAnsi="Helvetica"/>
        </w:rPr>
        <w:t>YES</w:t>
      </w:r>
      <w:proofErr w:type="gramEnd"/>
      <w:r>
        <w:rPr>
          <w:rFonts w:ascii="Helvetica" w:hAnsi="Helvetica"/>
        </w:rPr>
        <w:tab/>
        <w:t>NO</w:t>
      </w:r>
    </w:p>
    <w:p w14:paraId="09C3E0A8" w14:textId="77777777" w:rsidR="00FE59C7" w:rsidRPr="00FE59C7" w:rsidRDefault="00FE59C7" w:rsidP="00FE59C7">
      <w:pPr>
        <w:pStyle w:val="ListParagraph"/>
        <w:rPr>
          <w:rFonts w:ascii="Helvetica" w:hAnsi="Helvetica"/>
        </w:rPr>
      </w:pPr>
    </w:p>
    <w:p w14:paraId="1E03EB84" w14:textId="73252DF5" w:rsidR="00CA10A1" w:rsidRPr="00FE59C7" w:rsidRDefault="00FE59C7" w:rsidP="00FE59C7">
      <w:pPr>
        <w:pStyle w:val="ListParagraph"/>
        <w:numPr>
          <w:ilvl w:val="0"/>
          <w:numId w:val="10"/>
        </w:numPr>
        <w:rPr>
          <w:rFonts w:ascii="Helvetica" w:hAnsi="Helvetica"/>
        </w:rPr>
      </w:pPr>
      <w:r>
        <w:rPr>
          <w:rFonts w:ascii="Helvetica" w:hAnsi="Helvetica"/>
        </w:rPr>
        <w:t>What are your i</w:t>
      </w:r>
      <w:r w:rsidR="00CA10A1" w:rsidRPr="00FE59C7">
        <w:rPr>
          <w:rFonts w:ascii="Helvetica" w:hAnsi="Helvetica"/>
        </w:rPr>
        <w:t>nterests and hobbies:</w:t>
      </w:r>
    </w:p>
    <w:p w14:paraId="1A68B9DF" w14:textId="77777777" w:rsidR="00CA10A1" w:rsidRDefault="00CA10A1">
      <w:pPr>
        <w:rPr>
          <w:rFonts w:ascii="Helvetica" w:hAnsi="Helvetica"/>
        </w:rPr>
      </w:pPr>
    </w:p>
    <w:p w14:paraId="27A34A33" w14:textId="77777777" w:rsidR="00FE59C7" w:rsidRDefault="00FE59C7">
      <w:pPr>
        <w:rPr>
          <w:rFonts w:ascii="Helvetica" w:hAnsi="Helvetica"/>
        </w:rPr>
      </w:pPr>
    </w:p>
    <w:p w14:paraId="251E4772" w14:textId="58A6786E" w:rsidR="00CA10A1" w:rsidRPr="00CA10A1" w:rsidRDefault="00000000">
      <w:pPr>
        <w:rPr>
          <w:rFonts w:ascii="Helvetica" w:hAnsi="Helvetica"/>
        </w:rPr>
      </w:pPr>
      <w:r w:rsidRPr="00CA10A1">
        <w:rPr>
          <w:rFonts w:ascii="Helvetica" w:hAnsi="Helvetica"/>
        </w:rPr>
        <w:t xml:space="preserve">Submit </w:t>
      </w:r>
      <w:r w:rsidR="00CA10A1">
        <w:rPr>
          <w:rFonts w:ascii="Helvetica" w:hAnsi="Helvetica"/>
        </w:rPr>
        <w:t>this application</w:t>
      </w:r>
      <w:r w:rsidRPr="00CA10A1">
        <w:rPr>
          <w:rFonts w:ascii="Helvetica" w:hAnsi="Helvetica"/>
        </w:rPr>
        <w:t xml:space="preserve"> to </w:t>
      </w:r>
      <w:hyperlink r:id="rId6" w:history="1">
        <w:r w:rsidR="00E3107B" w:rsidRPr="0051786F">
          <w:rPr>
            <w:rStyle w:val="Hyperlink"/>
            <w:rFonts w:ascii="Helvetica" w:hAnsi="Helvetica"/>
            <w:b/>
            <w:bCs/>
          </w:rPr>
          <w:t>david</w:t>
        </w:r>
        <w:r w:rsidR="00E3107B" w:rsidRPr="0051786F">
          <w:rPr>
            <w:rStyle w:val="Hyperlink"/>
            <w:rFonts w:ascii="Helvetica" w:hAnsi="Helvetica"/>
            <w:b/>
            <w:bCs/>
          </w:rPr>
          <w:t>.t</w:t>
        </w:r>
        <w:r w:rsidR="00E3107B" w:rsidRPr="0051786F">
          <w:rPr>
            <w:rStyle w:val="Hyperlink"/>
            <w:rFonts w:ascii="Helvetica" w:hAnsi="Helvetica"/>
            <w:b/>
            <w:bCs/>
          </w:rPr>
          <w:t>homson@byu.edu</w:t>
        </w:r>
      </w:hyperlink>
      <w:r w:rsidR="00CA10A1">
        <w:rPr>
          <w:rFonts w:ascii="Helvetica" w:hAnsi="Helvetica"/>
          <w:b/>
          <w:bCs/>
        </w:rPr>
        <w:t xml:space="preserve">. </w:t>
      </w:r>
      <w:r w:rsidRPr="00CA10A1">
        <w:rPr>
          <w:rFonts w:ascii="Helvetica" w:hAnsi="Helvetica"/>
        </w:rPr>
        <w:t>Applicants selected for interviews will be contacted via email.</w:t>
      </w:r>
    </w:p>
    <w:sectPr w:rsidR="00CA10A1" w:rsidRPr="00CA10A1" w:rsidSect="00CA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8E557C"/>
    <w:multiLevelType w:val="hybridMultilevel"/>
    <w:tmpl w:val="DB1C6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78155">
    <w:abstractNumId w:val="8"/>
  </w:num>
  <w:num w:numId="2" w16cid:durableId="1275671709">
    <w:abstractNumId w:val="6"/>
  </w:num>
  <w:num w:numId="3" w16cid:durableId="2135521192">
    <w:abstractNumId w:val="5"/>
  </w:num>
  <w:num w:numId="4" w16cid:durableId="1949504685">
    <w:abstractNumId w:val="4"/>
  </w:num>
  <w:num w:numId="5" w16cid:durableId="1895113887">
    <w:abstractNumId w:val="7"/>
  </w:num>
  <w:num w:numId="6" w16cid:durableId="1972394646">
    <w:abstractNumId w:val="3"/>
  </w:num>
  <w:num w:numId="7" w16cid:durableId="1454790935">
    <w:abstractNumId w:val="2"/>
  </w:num>
  <w:num w:numId="8" w16cid:durableId="339430847">
    <w:abstractNumId w:val="1"/>
  </w:num>
  <w:num w:numId="9" w16cid:durableId="1843006386">
    <w:abstractNumId w:val="0"/>
  </w:num>
  <w:num w:numId="10" w16cid:durableId="9401896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0645"/>
    <w:rsid w:val="00556B35"/>
    <w:rsid w:val="005E2A3A"/>
    <w:rsid w:val="005E5994"/>
    <w:rsid w:val="00641A84"/>
    <w:rsid w:val="00823DC6"/>
    <w:rsid w:val="00A9527D"/>
    <w:rsid w:val="00AA1D8D"/>
    <w:rsid w:val="00B47730"/>
    <w:rsid w:val="00BC7774"/>
    <w:rsid w:val="00BF2B9E"/>
    <w:rsid w:val="00CA10A1"/>
    <w:rsid w:val="00CB0664"/>
    <w:rsid w:val="00D46616"/>
    <w:rsid w:val="00E3107B"/>
    <w:rsid w:val="00FC693F"/>
    <w:rsid w:val="00FE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644A05"/>
  <w14:defaultImageDpi w14:val="300"/>
  <w15:docId w15:val="{467D7E5A-1B2D-AD40-8F63-2AB7C235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A10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10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vid.thomson@by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Thomson</cp:lastModifiedBy>
  <cp:revision>3</cp:revision>
  <dcterms:created xsi:type="dcterms:W3CDTF">2026-04-30T15:12:00Z</dcterms:created>
  <dcterms:modified xsi:type="dcterms:W3CDTF">2026-04-30T15:15:00Z</dcterms:modified>
  <cp:category/>
</cp:coreProperties>
</file>